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684" w:rsidRPr="003E0784" w:rsidRDefault="00361389">
      <w:pPr>
        <w:spacing w:before="360"/>
        <w:jc w:val="center"/>
        <w:rPr>
          <w:rFonts w:asciiTheme="minorHAnsi" w:hAnsiTheme="minorHAnsi"/>
          <w:color w:val="002060"/>
          <w:sz w:val="40"/>
          <w:szCs w:val="40"/>
        </w:rPr>
      </w:pPr>
      <w:r w:rsidRPr="003E0784">
        <w:rPr>
          <w:rFonts w:asciiTheme="minorHAnsi" w:hAnsiTheme="minorHAnsi"/>
          <w:b/>
          <w:color w:val="002060"/>
          <w:sz w:val="40"/>
          <w:szCs w:val="40"/>
        </w:rPr>
        <w:t>POSEIDON EXPEDITIONS</w:t>
      </w:r>
    </w:p>
    <w:p w:rsidR="00200684" w:rsidRPr="00FD6910" w:rsidRDefault="00BF19E1" w:rsidP="003E0784">
      <w:pPr>
        <w:pStyle w:val="aa"/>
        <w:jc w:val="center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Creator &amp; Media</w:t>
      </w:r>
      <w:r>
        <w:rPr>
          <w:rFonts w:ascii="Arial" w:hAnsi="Arial" w:cs="Arial"/>
          <w:color w:val="002060"/>
          <w:sz w:val="28"/>
          <w:szCs w:val="28"/>
        </w:rPr>
        <w:br/>
        <w:t>Collaboration request f</w:t>
      </w:r>
      <w:r w:rsidR="00361389" w:rsidRPr="00FD6910">
        <w:rPr>
          <w:rFonts w:ascii="Arial" w:hAnsi="Arial" w:cs="Arial"/>
          <w:color w:val="002060"/>
          <w:sz w:val="28"/>
          <w:szCs w:val="28"/>
        </w:rPr>
        <w:t>orm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200684">
        <w:trPr>
          <w:jc w:val="center"/>
        </w:trPr>
        <w:tc>
          <w:tcPr>
            <w:tcW w:w="10166" w:type="dxa"/>
            <w:shd w:val="clear" w:color="auto" w:fill="EAF0F5"/>
            <w:tcMar>
              <w:top w:w="140" w:type="dxa"/>
              <w:left w:w="160" w:type="dxa"/>
              <w:bottom w:w="140" w:type="dxa"/>
              <w:right w:w="160" w:type="dxa"/>
            </w:tcMar>
          </w:tcPr>
          <w:p w:rsidR="00200684" w:rsidRPr="00FD6910" w:rsidRDefault="00361389">
            <w:pPr>
              <w:spacing w:after="80"/>
              <w:rPr>
                <w:sz w:val="28"/>
                <w:szCs w:val="28"/>
              </w:rPr>
            </w:pPr>
            <w:r w:rsidRPr="00FD6910">
              <w:rPr>
                <w:b/>
                <w:color w:val="1F3A56"/>
                <w:sz w:val="28"/>
                <w:szCs w:val="28"/>
              </w:rPr>
              <w:t>Thank you for your interest in collaborating with Poseidon Expeditions.</w:t>
            </w:r>
          </w:p>
          <w:p w:rsidR="00DF7B38" w:rsidRDefault="00DF7B38">
            <w:r>
              <w:t>We receive a high number of creator and media collaboration requests, while hosted expedition space is limited. Please complete the form below so our team can evaluate whether there is a strong fit between your audience, content and our expeditions. Once completed, please send the form to</w:t>
            </w:r>
            <w:r>
              <w:t xml:space="preserve"> </w:t>
            </w:r>
            <w:r w:rsidRPr="00DF7B38">
              <w:rPr>
                <w:b/>
              </w:rPr>
              <w:t>marketing@poseidonexpeditions.com</w:t>
            </w:r>
            <w:r>
              <w:t xml:space="preserve"> for our team to review.</w:t>
            </w:r>
          </w:p>
          <w:p w:rsidR="00200684" w:rsidRDefault="00361389">
            <w:r w:rsidRPr="00FD6910">
              <w:rPr>
                <w:sz w:val="18"/>
                <w:szCs w:val="18"/>
              </w:rPr>
              <w:t>Submitting this form does not guarantee a hosted expedition or collaboration. If your profile is a potential fit, our team will contact you to discuss possible opportunities and next steps.</w:t>
            </w:r>
          </w:p>
        </w:tc>
      </w:tr>
    </w:tbl>
    <w:p w:rsidR="00200684" w:rsidRDefault="00361389">
      <w:pPr>
        <w:spacing w:before="140"/>
      </w:pPr>
      <w:r>
        <w:rPr>
          <w:color w:val="666666"/>
          <w:sz w:val="17"/>
        </w:rPr>
        <w:t>* Required field</w:t>
      </w:r>
    </w:p>
    <w:p w:rsidR="00200684" w:rsidRPr="00FD6910" w:rsidRDefault="00E778AD">
      <w:pPr>
        <w:spacing w:before="240" w:after="100"/>
        <w:rPr>
          <w:sz w:val="28"/>
          <w:szCs w:val="28"/>
        </w:rPr>
      </w:pPr>
      <w:r>
        <w:rPr>
          <w:b/>
          <w:color w:val="1F3A56"/>
          <w:sz w:val="28"/>
          <w:szCs w:val="28"/>
        </w:rPr>
        <w:t xml:space="preserve">1. </w:t>
      </w:r>
      <w:proofErr w:type="gramStart"/>
      <w:r>
        <w:rPr>
          <w:b/>
          <w:color w:val="1F3A56"/>
          <w:sz w:val="28"/>
          <w:szCs w:val="28"/>
        </w:rPr>
        <w:t>About</w:t>
      </w:r>
      <w:proofErr w:type="gramEnd"/>
      <w:r>
        <w:rPr>
          <w:b/>
          <w:color w:val="1F3A56"/>
          <w:sz w:val="28"/>
          <w:szCs w:val="28"/>
        </w:rPr>
        <w:t xml:space="preserve"> y</w:t>
      </w:r>
      <w:r w:rsidR="00361389" w:rsidRPr="00FD6910">
        <w:rPr>
          <w:b/>
          <w:color w:val="1F3A56"/>
          <w:sz w:val="28"/>
          <w:szCs w:val="28"/>
        </w:rPr>
        <w:t>ou</w:t>
      </w:r>
    </w:p>
    <w:p w:rsidR="00200684" w:rsidRDefault="00361389">
      <w:pPr>
        <w:spacing w:before="80" w:after="20"/>
      </w:pPr>
      <w:r>
        <w:rPr>
          <w:b/>
          <w:color w:val="222222"/>
          <w:sz w:val="19"/>
        </w:rPr>
        <w:t>Full name 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36"/>
      </w:tblGrid>
      <w:tr w:rsidR="00200684">
        <w:trPr>
          <w:jc w:val="center"/>
        </w:trPr>
        <w:tc>
          <w:tcPr>
            <w:tcW w:w="9936" w:type="dxa"/>
            <w:tcBorders>
              <w:bottom w:val="single" w:sz="6" w:space="0" w:color="AAB7C2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:rsidR="00200684" w:rsidRDefault="00361389">
            <w:pPr>
              <w:spacing w:after="0"/>
            </w:pPr>
            <w:r>
              <w:rPr>
                <w:sz w:val="16"/>
              </w:rPr>
              <w:t xml:space="preserve"> </w:t>
            </w:r>
          </w:p>
        </w:tc>
      </w:tr>
    </w:tbl>
    <w:p w:rsidR="00200684" w:rsidRDefault="00361389">
      <w:pPr>
        <w:spacing w:before="80" w:after="20"/>
      </w:pPr>
      <w:r>
        <w:rPr>
          <w:b/>
          <w:color w:val="222222"/>
          <w:sz w:val="19"/>
        </w:rPr>
        <w:t>Email 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36"/>
      </w:tblGrid>
      <w:tr w:rsidR="00200684">
        <w:trPr>
          <w:jc w:val="center"/>
        </w:trPr>
        <w:tc>
          <w:tcPr>
            <w:tcW w:w="9936" w:type="dxa"/>
            <w:tcBorders>
              <w:bottom w:val="single" w:sz="6" w:space="0" w:color="AAB7C2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:rsidR="00200684" w:rsidRDefault="00361389">
            <w:pPr>
              <w:spacing w:after="0"/>
            </w:pPr>
            <w:r>
              <w:rPr>
                <w:sz w:val="16"/>
              </w:rPr>
              <w:t xml:space="preserve"> </w:t>
            </w:r>
          </w:p>
        </w:tc>
      </w:tr>
    </w:tbl>
    <w:p w:rsidR="00200684" w:rsidRDefault="00361389">
      <w:pPr>
        <w:spacing w:before="80" w:after="20"/>
      </w:pPr>
      <w:r>
        <w:rPr>
          <w:b/>
          <w:color w:val="222222"/>
          <w:sz w:val="19"/>
        </w:rPr>
        <w:t>Country / City 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36"/>
      </w:tblGrid>
      <w:tr w:rsidR="00200684">
        <w:trPr>
          <w:jc w:val="center"/>
        </w:trPr>
        <w:tc>
          <w:tcPr>
            <w:tcW w:w="9936" w:type="dxa"/>
            <w:tcBorders>
              <w:bottom w:val="single" w:sz="6" w:space="0" w:color="AAB7C2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:rsidR="00200684" w:rsidRDefault="00361389">
            <w:pPr>
              <w:spacing w:after="0"/>
            </w:pPr>
            <w:r>
              <w:rPr>
                <w:sz w:val="16"/>
              </w:rPr>
              <w:t xml:space="preserve"> </w:t>
            </w:r>
          </w:p>
        </w:tc>
      </w:tr>
    </w:tbl>
    <w:p w:rsidR="00200684" w:rsidRDefault="00361389">
      <w:pPr>
        <w:spacing w:before="80" w:after="20"/>
      </w:pPr>
      <w:r>
        <w:rPr>
          <w:b/>
          <w:color w:val="222222"/>
          <w:sz w:val="19"/>
        </w:rPr>
        <w:t>Website or Media Kit URL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36"/>
      </w:tblGrid>
      <w:tr w:rsidR="00200684">
        <w:trPr>
          <w:jc w:val="center"/>
        </w:trPr>
        <w:tc>
          <w:tcPr>
            <w:tcW w:w="9936" w:type="dxa"/>
            <w:tcBorders>
              <w:bottom w:val="single" w:sz="6" w:space="0" w:color="AAB7C2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:rsidR="00200684" w:rsidRDefault="00361389">
            <w:pPr>
              <w:spacing w:after="0"/>
            </w:pPr>
            <w:r>
              <w:rPr>
                <w:sz w:val="16"/>
              </w:rPr>
              <w:t xml:space="preserve"> </w:t>
            </w:r>
          </w:p>
        </w:tc>
      </w:tr>
    </w:tbl>
    <w:p w:rsidR="00200684" w:rsidRDefault="00361389">
      <w:pPr>
        <w:spacing w:before="80" w:after="20"/>
      </w:pPr>
      <w:r>
        <w:rPr>
          <w:b/>
          <w:color w:val="222222"/>
          <w:sz w:val="19"/>
        </w:rPr>
        <w:t>How would you describe yourself? *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83"/>
        <w:gridCol w:w="5083"/>
      </w:tblGrid>
      <w:tr w:rsidR="00200684">
        <w:tc>
          <w:tcPr>
            <w:tcW w:w="5083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361389">
            <w:pPr>
              <w:spacing w:after="0"/>
            </w:pPr>
            <w:r>
              <w:rPr>
                <w:sz w:val="18"/>
              </w:rPr>
              <w:t>☐ Content Creator / Influencer</w:t>
            </w:r>
          </w:p>
        </w:tc>
        <w:tc>
          <w:tcPr>
            <w:tcW w:w="5083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361389">
            <w:pPr>
              <w:spacing w:after="0"/>
            </w:pPr>
            <w:r>
              <w:rPr>
                <w:sz w:val="18"/>
              </w:rPr>
              <w:t>☐ Photographer</w:t>
            </w:r>
          </w:p>
        </w:tc>
      </w:tr>
      <w:tr w:rsidR="00200684">
        <w:tc>
          <w:tcPr>
            <w:tcW w:w="5083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361389">
            <w:pPr>
              <w:spacing w:after="0"/>
            </w:pPr>
            <w:r>
              <w:rPr>
                <w:sz w:val="18"/>
              </w:rPr>
              <w:t>☐ Videographer / Filmmaker</w:t>
            </w:r>
          </w:p>
        </w:tc>
        <w:tc>
          <w:tcPr>
            <w:tcW w:w="5083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361389">
            <w:pPr>
              <w:spacing w:after="0"/>
            </w:pPr>
            <w:r>
              <w:rPr>
                <w:sz w:val="18"/>
              </w:rPr>
              <w:t>☐ YouTuber</w:t>
            </w:r>
          </w:p>
        </w:tc>
      </w:tr>
      <w:tr w:rsidR="00200684">
        <w:tc>
          <w:tcPr>
            <w:tcW w:w="5083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FD6910" w:rsidRDefault="00FD6910">
            <w:pPr>
              <w:spacing w:after="0"/>
            </w:pPr>
            <w:r>
              <w:rPr>
                <w:sz w:val="18"/>
              </w:rPr>
              <w:t>☐ Other</w:t>
            </w:r>
          </w:p>
        </w:tc>
        <w:tc>
          <w:tcPr>
            <w:tcW w:w="5083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361389" w:rsidP="00E2235A">
            <w:pPr>
              <w:spacing w:after="0"/>
            </w:pP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sz w:val="18"/>
              </w:rPr>
              <w:t xml:space="preserve"> Blogger </w:t>
            </w:r>
          </w:p>
        </w:tc>
      </w:tr>
      <w:tr w:rsidR="00200684">
        <w:tc>
          <w:tcPr>
            <w:tcW w:w="5083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200684">
            <w:pPr>
              <w:spacing w:after="0"/>
            </w:pPr>
          </w:p>
        </w:tc>
        <w:tc>
          <w:tcPr>
            <w:tcW w:w="5083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200684"/>
        </w:tc>
      </w:tr>
    </w:tbl>
    <w:p w:rsidR="00200684" w:rsidRPr="00FD6910" w:rsidRDefault="00BF19E1">
      <w:pPr>
        <w:spacing w:before="240" w:after="100"/>
        <w:rPr>
          <w:sz w:val="28"/>
          <w:szCs w:val="28"/>
        </w:rPr>
      </w:pPr>
      <w:r>
        <w:rPr>
          <w:b/>
          <w:color w:val="1F3A56"/>
          <w:sz w:val="28"/>
          <w:szCs w:val="28"/>
        </w:rPr>
        <w:t>2. Your content &amp; a</w:t>
      </w:r>
      <w:r w:rsidR="00361389" w:rsidRPr="00FD6910">
        <w:rPr>
          <w:b/>
          <w:color w:val="1F3A56"/>
          <w:sz w:val="28"/>
          <w:szCs w:val="28"/>
        </w:rPr>
        <w:t>udience</w:t>
      </w:r>
    </w:p>
    <w:p w:rsidR="00200684" w:rsidRDefault="00361389">
      <w:pPr>
        <w:spacing w:after="120"/>
      </w:pPr>
      <w:r>
        <w:rPr>
          <w:i/>
          <w:color w:val="666666"/>
          <w:sz w:val="18"/>
        </w:rPr>
        <w:t>These fields help us understand audience relevance as well as reach.</w:t>
      </w:r>
    </w:p>
    <w:p w:rsidR="00200684" w:rsidRDefault="00361389">
      <w:pPr>
        <w:spacing w:before="80" w:after="20"/>
      </w:pPr>
      <w:r>
        <w:rPr>
          <w:b/>
          <w:color w:val="222222"/>
          <w:sz w:val="19"/>
        </w:rPr>
        <w:t>Main content niche *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88"/>
        <w:gridCol w:w="3389"/>
        <w:gridCol w:w="3389"/>
      </w:tblGrid>
      <w:tr w:rsidR="00200684">
        <w:tc>
          <w:tcPr>
            <w:tcW w:w="3389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361389">
            <w:pPr>
              <w:spacing w:after="0"/>
            </w:pPr>
            <w:r>
              <w:rPr>
                <w:sz w:val="18"/>
              </w:rPr>
              <w:t>☐ Travel</w:t>
            </w:r>
          </w:p>
        </w:tc>
        <w:tc>
          <w:tcPr>
            <w:tcW w:w="3389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361389">
            <w:pPr>
              <w:spacing w:after="0"/>
            </w:pPr>
            <w:r>
              <w:rPr>
                <w:sz w:val="18"/>
              </w:rPr>
              <w:t>☐ Adventure / Outdoor</w:t>
            </w:r>
          </w:p>
        </w:tc>
        <w:tc>
          <w:tcPr>
            <w:tcW w:w="3389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361389">
            <w:pPr>
              <w:spacing w:after="0"/>
            </w:pPr>
            <w:r>
              <w:rPr>
                <w:sz w:val="18"/>
              </w:rPr>
              <w:t>☐ Wildlife / Nature</w:t>
            </w:r>
          </w:p>
        </w:tc>
      </w:tr>
      <w:tr w:rsidR="00200684">
        <w:tc>
          <w:tcPr>
            <w:tcW w:w="3389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361389">
            <w:pPr>
              <w:spacing w:after="0"/>
            </w:pPr>
            <w:r>
              <w:rPr>
                <w:sz w:val="18"/>
              </w:rPr>
              <w:t>☐ Photography</w:t>
            </w:r>
          </w:p>
        </w:tc>
        <w:tc>
          <w:tcPr>
            <w:tcW w:w="3389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361389">
            <w:pPr>
              <w:spacing w:after="0"/>
            </w:pPr>
            <w:r>
              <w:rPr>
                <w:sz w:val="18"/>
              </w:rPr>
              <w:t>☐ Luxury Travel</w:t>
            </w:r>
          </w:p>
        </w:tc>
        <w:tc>
          <w:tcPr>
            <w:tcW w:w="3389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361389">
            <w:pPr>
              <w:spacing w:after="0"/>
            </w:pPr>
            <w:r>
              <w:rPr>
                <w:sz w:val="18"/>
              </w:rPr>
              <w:t>☐ Lifestyle</w:t>
            </w:r>
          </w:p>
        </w:tc>
      </w:tr>
      <w:tr w:rsidR="00200684">
        <w:tc>
          <w:tcPr>
            <w:tcW w:w="3389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361389">
            <w:pPr>
              <w:spacing w:after="0"/>
            </w:pPr>
            <w:r>
              <w:rPr>
                <w:sz w:val="18"/>
              </w:rPr>
              <w:t>☐ Family Travel</w:t>
            </w:r>
          </w:p>
        </w:tc>
        <w:tc>
          <w:tcPr>
            <w:tcW w:w="3389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361389">
            <w:pPr>
              <w:spacing w:after="0"/>
            </w:pPr>
            <w:r>
              <w:rPr>
                <w:sz w:val="18"/>
              </w:rPr>
              <w:t>☐ Educational / Science</w:t>
            </w:r>
          </w:p>
        </w:tc>
        <w:tc>
          <w:tcPr>
            <w:tcW w:w="3389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361389">
            <w:pPr>
              <w:spacing w:after="0"/>
            </w:pPr>
            <w:r>
              <w:rPr>
                <w:sz w:val="18"/>
              </w:rPr>
              <w:t>☐ Other</w:t>
            </w:r>
          </w:p>
        </w:tc>
      </w:tr>
    </w:tbl>
    <w:p w:rsidR="00200684" w:rsidRDefault="00361389">
      <w:pPr>
        <w:spacing w:before="80" w:after="20"/>
      </w:pPr>
      <w:r>
        <w:rPr>
          <w:b/>
          <w:color w:val="222222"/>
          <w:sz w:val="19"/>
        </w:rPr>
        <w:t>Primary content language(s) 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36"/>
      </w:tblGrid>
      <w:tr w:rsidR="00200684">
        <w:trPr>
          <w:jc w:val="center"/>
        </w:trPr>
        <w:tc>
          <w:tcPr>
            <w:tcW w:w="9936" w:type="dxa"/>
            <w:tcBorders>
              <w:bottom w:val="single" w:sz="6" w:space="0" w:color="AAB7C2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:rsidR="00200684" w:rsidRDefault="00361389">
            <w:pPr>
              <w:spacing w:after="0"/>
            </w:pPr>
            <w:r>
              <w:rPr>
                <w:sz w:val="16"/>
              </w:rPr>
              <w:t xml:space="preserve"> </w:t>
            </w:r>
          </w:p>
        </w:tc>
      </w:tr>
    </w:tbl>
    <w:p w:rsidR="00FD6910" w:rsidRDefault="00FD6910">
      <w:pPr>
        <w:spacing w:before="80" w:after="20"/>
        <w:rPr>
          <w:b/>
          <w:color w:val="222222"/>
          <w:sz w:val="19"/>
        </w:rPr>
      </w:pPr>
    </w:p>
    <w:p w:rsidR="00200684" w:rsidRDefault="00361389">
      <w:pPr>
        <w:spacing w:before="80" w:after="20"/>
      </w:pPr>
      <w:r>
        <w:rPr>
          <w:b/>
          <w:color w:val="222222"/>
          <w:sz w:val="19"/>
        </w:rPr>
        <w:t xml:space="preserve">Top audience countries </w:t>
      </w:r>
      <w:proofErr w:type="gramStart"/>
      <w:r>
        <w:rPr>
          <w:b/>
          <w:color w:val="222222"/>
          <w:sz w:val="19"/>
        </w:rPr>
        <w:t>*</w:t>
      </w:r>
      <w:r>
        <w:rPr>
          <w:i/>
          <w:color w:val="666666"/>
          <w:sz w:val="17"/>
        </w:rPr>
        <w:t xml:space="preserve">  Please</w:t>
      </w:r>
      <w:proofErr w:type="gramEnd"/>
      <w:r>
        <w:rPr>
          <w:i/>
          <w:color w:val="666666"/>
          <w:sz w:val="17"/>
        </w:rPr>
        <w:t xml:space="preserve"> include percentages if available.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36"/>
      </w:tblGrid>
      <w:tr w:rsidR="00200684">
        <w:trPr>
          <w:jc w:val="center"/>
        </w:trPr>
        <w:tc>
          <w:tcPr>
            <w:tcW w:w="9936" w:type="dxa"/>
            <w:tcBorders>
              <w:bottom w:val="single" w:sz="6" w:space="0" w:color="AAB7C2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:rsidR="00200684" w:rsidRDefault="00361389">
            <w:pPr>
              <w:spacing w:after="0"/>
            </w:pPr>
            <w:r>
              <w:rPr>
                <w:sz w:val="16"/>
              </w:rPr>
              <w:t xml:space="preserve"> </w:t>
            </w:r>
          </w:p>
        </w:tc>
      </w:tr>
      <w:tr w:rsidR="00200684">
        <w:trPr>
          <w:jc w:val="center"/>
        </w:trPr>
        <w:tc>
          <w:tcPr>
            <w:tcW w:w="9936" w:type="dxa"/>
            <w:tcBorders>
              <w:bottom w:val="single" w:sz="6" w:space="0" w:color="AAB7C2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:rsidR="00200684" w:rsidRDefault="00361389">
            <w:pPr>
              <w:spacing w:after="0"/>
            </w:pPr>
            <w:r>
              <w:rPr>
                <w:sz w:val="16"/>
              </w:rPr>
              <w:t xml:space="preserve"> </w:t>
            </w:r>
          </w:p>
        </w:tc>
      </w:tr>
    </w:tbl>
    <w:p w:rsidR="00200684" w:rsidRDefault="00361389">
      <w:pPr>
        <w:spacing w:before="80" w:after="20"/>
      </w:pPr>
      <w:r>
        <w:rPr>
          <w:b/>
          <w:color w:val="222222"/>
          <w:sz w:val="19"/>
        </w:rPr>
        <w:t>Main audience age group(s)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88"/>
        <w:gridCol w:w="3389"/>
        <w:gridCol w:w="3389"/>
      </w:tblGrid>
      <w:tr w:rsidR="00200684">
        <w:tc>
          <w:tcPr>
            <w:tcW w:w="3389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361389">
            <w:pPr>
              <w:spacing w:after="0"/>
            </w:pPr>
            <w:r>
              <w:rPr>
                <w:sz w:val="18"/>
              </w:rPr>
              <w:t>☐ 18–24</w:t>
            </w:r>
          </w:p>
        </w:tc>
        <w:tc>
          <w:tcPr>
            <w:tcW w:w="3389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361389">
            <w:pPr>
              <w:spacing w:after="0"/>
            </w:pPr>
            <w:r>
              <w:rPr>
                <w:sz w:val="18"/>
              </w:rPr>
              <w:t>☐ 25–34</w:t>
            </w:r>
          </w:p>
        </w:tc>
        <w:tc>
          <w:tcPr>
            <w:tcW w:w="3389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361389">
            <w:pPr>
              <w:spacing w:after="0"/>
            </w:pPr>
            <w:r>
              <w:rPr>
                <w:sz w:val="18"/>
              </w:rPr>
              <w:t>☐ 35–44</w:t>
            </w:r>
          </w:p>
        </w:tc>
      </w:tr>
      <w:tr w:rsidR="00200684">
        <w:tc>
          <w:tcPr>
            <w:tcW w:w="3389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361389">
            <w:pPr>
              <w:spacing w:after="0"/>
            </w:pPr>
            <w:r>
              <w:rPr>
                <w:sz w:val="18"/>
              </w:rPr>
              <w:t>☐ 45–54</w:t>
            </w:r>
          </w:p>
        </w:tc>
        <w:tc>
          <w:tcPr>
            <w:tcW w:w="3389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361389">
            <w:pPr>
              <w:spacing w:after="0"/>
            </w:pPr>
            <w:r>
              <w:rPr>
                <w:sz w:val="18"/>
              </w:rPr>
              <w:t>☐ 55+</w:t>
            </w:r>
          </w:p>
        </w:tc>
        <w:tc>
          <w:tcPr>
            <w:tcW w:w="3389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200684"/>
        </w:tc>
      </w:tr>
    </w:tbl>
    <w:p w:rsidR="00200684" w:rsidRDefault="00361389">
      <w:pPr>
        <w:spacing w:before="80" w:after="20"/>
      </w:pPr>
      <w:r>
        <w:rPr>
          <w:b/>
          <w:color w:val="222222"/>
          <w:sz w:val="19"/>
        </w:rPr>
        <w:t>Your channels and current performance *</w:t>
      </w:r>
      <w:r>
        <w:rPr>
          <w:i/>
          <w:color w:val="666666"/>
          <w:sz w:val="17"/>
        </w:rPr>
        <w:t xml:space="preserve">  Please use recent figures, ideally from the last 90 days.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3456"/>
        <w:gridCol w:w="2541"/>
        <w:gridCol w:w="2541"/>
      </w:tblGrid>
      <w:tr w:rsidR="00200684">
        <w:trPr>
          <w:tblHeader/>
          <w:jc w:val="center"/>
        </w:trPr>
        <w:tc>
          <w:tcPr>
            <w:tcW w:w="2880" w:type="dxa"/>
            <w:shd w:val="clear" w:color="auto" w:fill="1F3A56"/>
            <w:tcMar>
              <w:top w:w="90" w:type="dxa"/>
              <w:left w:w="100" w:type="dxa"/>
              <w:bottom w:w="90" w:type="dxa"/>
              <w:right w:w="100" w:type="dxa"/>
            </w:tcMar>
          </w:tcPr>
          <w:p w:rsidR="00200684" w:rsidRDefault="00361389" w:rsidP="00FD6910">
            <w:r>
              <w:rPr>
                <w:b/>
                <w:color w:val="FFFFFF"/>
                <w:sz w:val="16"/>
              </w:rPr>
              <w:t>Platform</w:t>
            </w:r>
          </w:p>
        </w:tc>
        <w:tc>
          <w:tcPr>
            <w:tcW w:w="3456" w:type="dxa"/>
            <w:shd w:val="clear" w:color="auto" w:fill="1F3A56"/>
            <w:tcMar>
              <w:top w:w="90" w:type="dxa"/>
              <w:left w:w="100" w:type="dxa"/>
              <w:bottom w:w="90" w:type="dxa"/>
              <w:right w:w="100" w:type="dxa"/>
            </w:tcMar>
          </w:tcPr>
          <w:p w:rsidR="00200684" w:rsidRDefault="00361389">
            <w:pPr>
              <w:jc w:val="center"/>
            </w:pPr>
            <w:r>
              <w:rPr>
                <w:b/>
                <w:color w:val="FFFFFF"/>
                <w:sz w:val="16"/>
              </w:rPr>
              <w:t>Profile URL / Handle</w:t>
            </w:r>
          </w:p>
        </w:tc>
        <w:tc>
          <w:tcPr>
            <w:tcW w:w="1656" w:type="dxa"/>
            <w:shd w:val="clear" w:color="auto" w:fill="1F3A56"/>
            <w:tcMar>
              <w:top w:w="90" w:type="dxa"/>
              <w:left w:w="100" w:type="dxa"/>
              <w:bottom w:w="90" w:type="dxa"/>
              <w:right w:w="100" w:type="dxa"/>
            </w:tcMar>
          </w:tcPr>
          <w:p w:rsidR="00200684" w:rsidRDefault="00361389">
            <w:pPr>
              <w:jc w:val="center"/>
            </w:pPr>
            <w:r>
              <w:rPr>
                <w:b/>
                <w:color w:val="FFFFFF"/>
                <w:sz w:val="16"/>
              </w:rPr>
              <w:t>Followers / Subscribers</w:t>
            </w:r>
          </w:p>
        </w:tc>
        <w:tc>
          <w:tcPr>
            <w:tcW w:w="1872" w:type="dxa"/>
            <w:shd w:val="clear" w:color="auto" w:fill="1F3A56"/>
            <w:tcMar>
              <w:top w:w="90" w:type="dxa"/>
              <w:left w:w="100" w:type="dxa"/>
              <w:bottom w:w="90" w:type="dxa"/>
              <w:right w:w="100" w:type="dxa"/>
            </w:tcMar>
          </w:tcPr>
          <w:p w:rsidR="00200684" w:rsidRDefault="00361389">
            <w:pPr>
              <w:jc w:val="center"/>
            </w:pPr>
            <w:r>
              <w:rPr>
                <w:b/>
                <w:color w:val="FFFFFF"/>
                <w:sz w:val="16"/>
              </w:rPr>
              <w:t>Average views / reach</w:t>
            </w:r>
          </w:p>
        </w:tc>
      </w:tr>
      <w:tr w:rsidR="00200684">
        <w:trPr>
          <w:jc w:val="center"/>
        </w:trPr>
        <w:tc>
          <w:tcPr>
            <w:tcW w:w="25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684" w:rsidRDefault="00361389">
            <w:r>
              <w:rPr>
                <w:sz w:val="17"/>
              </w:rPr>
              <w:t>Instagram</w:t>
            </w:r>
          </w:p>
        </w:tc>
        <w:tc>
          <w:tcPr>
            <w:tcW w:w="25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684" w:rsidRDefault="00200684"/>
        </w:tc>
        <w:tc>
          <w:tcPr>
            <w:tcW w:w="25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684" w:rsidRDefault="00200684"/>
        </w:tc>
        <w:tc>
          <w:tcPr>
            <w:tcW w:w="25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684" w:rsidRDefault="00200684"/>
        </w:tc>
      </w:tr>
      <w:tr w:rsidR="00200684">
        <w:trPr>
          <w:jc w:val="center"/>
        </w:trPr>
        <w:tc>
          <w:tcPr>
            <w:tcW w:w="25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684" w:rsidRDefault="00361389">
            <w:r>
              <w:rPr>
                <w:sz w:val="17"/>
              </w:rPr>
              <w:t>TikTok</w:t>
            </w:r>
          </w:p>
        </w:tc>
        <w:tc>
          <w:tcPr>
            <w:tcW w:w="25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684" w:rsidRDefault="00200684"/>
        </w:tc>
        <w:tc>
          <w:tcPr>
            <w:tcW w:w="25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684" w:rsidRDefault="00200684"/>
        </w:tc>
        <w:tc>
          <w:tcPr>
            <w:tcW w:w="25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684" w:rsidRDefault="00200684"/>
        </w:tc>
      </w:tr>
      <w:tr w:rsidR="00200684">
        <w:trPr>
          <w:jc w:val="center"/>
        </w:trPr>
        <w:tc>
          <w:tcPr>
            <w:tcW w:w="25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684" w:rsidRDefault="00361389">
            <w:r>
              <w:rPr>
                <w:sz w:val="17"/>
              </w:rPr>
              <w:t>YouTube</w:t>
            </w:r>
          </w:p>
        </w:tc>
        <w:tc>
          <w:tcPr>
            <w:tcW w:w="25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684" w:rsidRDefault="00200684"/>
        </w:tc>
        <w:tc>
          <w:tcPr>
            <w:tcW w:w="25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684" w:rsidRDefault="00200684"/>
        </w:tc>
        <w:tc>
          <w:tcPr>
            <w:tcW w:w="25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684" w:rsidRDefault="00200684"/>
        </w:tc>
      </w:tr>
      <w:tr w:rsidR="00200684">
        <w:trPr>
          <w:jc w:val="center"/>
        </w:trPr>
        <w:tc>
          <w:tcPr>
            <w:tcW w:w="25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684" w:rsidRDefault="00361389">
            <w:r>
              <w:rPr>
                <w:sz w:val="17"/>
              </w:rPr>
              <w:t>Facebook</w:t>
            </w:r>
          </w:p>
        </w:tc>
        <w:tc>
          <w:tcPr>
            <w:tcW w:w="25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684" w:rsidRDefault="00200684"/>
        </w:tc>
        <w:tc>
          <w:tcPr>
            <w:tcW w:w="25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684" w:rsidRDefault="00200684"/>
        </w:tc>
        <w:tc>
          <w:tcPr>
            <w:tcW w:w="25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684" w:rsidRDefault="00200684"/>
        </w:tc>
      </w:tr>
      <w:tr w:rsidR="00200684">
        <w:trPr>
          <w:jc w:val="center"/>
        </w:trPr>
        <w:tc>
          <w:tcPr>
            <w:tcW w:w="25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684" w:rsidRDefault="00361389">
            <w:r>
              <w:rPr>
                <w:sz w:val="17"/>
              </w:rPr>
              <w:t>Blog / Website</w:t>
            </w:r>
          </w:p>
        </w:tc>
        <w:tc>
          <w:tcPr>
            <w:tcW w:w="25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684" w:rsidRDefault="00200684"/>
        </w:tc>
        <w:tc>
          <w:tcPr>
            <w:tcW w:w="25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684" w:rsidRDefault="00200684"/>
        </w:tc>
        <w:tc>
          <w:tcPr>
            <w:tcW w:w="25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684" w:rsidRDefault="00200684"/>
        </w:tc>
      </w:tr>
      <w:tr w:rsidR="00200684">
        <w:trPr>
          <w:jc w:val="center"/>
        </w:trPr>
        <w:tc>
          <w:tcPr>
            <w:tcW w:w="25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684" w:rsidRDefault="00361389">
            <w:r>
              <w:rPr>
                <w:sz w:val="17"/>
              </w:rPr>
              <w:t>Other</w:t>
            </w:r>
          </w:p>
        </w:tc>
        <w:tc>
          <w:tcPr>
            <w:tcW w:w="25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684" w:rsidRDefault="00200684"/>
        </w:tc>
        <w:tc>
          <w:tcPr>
            <w:tcW w:w="25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684" w:rsidRDefault="00200684"/>
        </w:tc>
        <w:tc>
          <w:tcPr>
            <w:tcW w:w="25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684" w:rsidRDefault="00200684"/>
        </w:tc>
      </w:tr>
    </w:tbl>
    <w:p w:rsidR="00200684" w:rsidRDefault="00361389">
      <w:pPr>
        <w:spacing w:before="80" w:after="20"/>
      </w:pPr>
      <w:r>
        <w:rPr>
          <w:b/>
          <w:color w:val="222222"/>
          <w:sz w:val="19"/>
        </w:rPr>
        <w:t>Audience insights / analytics link or upload</w:t>
      </w:r>
      <w:r>
        <w:rPr>
          <w:i/>
          <w:color w:val="666666"/>
          <w:sz w:val="17"/>
        </w:rPr>
        <w:t xml:space="preserve">  Please share recent platform analytics if available.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36"/>
      </w:tblGrid>
      <w:tr w:rsidR="00200684">
        <w:trPr>
          <w:jc w:val="center"/>
        </w:trPr>
        <w:tc>
          <w:tcPr>
            <w:tcW w:w="9936" w:type="dxa"/>
            <w:tcBorders>
              <w:bottom w:val="single" w:sz="6" w:space="0" w:color="AAB7C2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:rsidR="00200684" w:rsidRDefault="00361389">
            <w:pPr>
              <w:spacing w:after="0"/>
            </w:pPr>
            <w:r>
              <w:rPr>
                <w:sz w:val="16"/>
              </w:rPr>
              <w:t xml:space="preserve"> </w:t>
            </w:r>
          </w:p>
        </w:tc>
      </w:tr>
    </w:tbl>
    <w:p w:rsidR="00200684" w:rsidRPr="00FD6910" w:rsidRDefault="00E2235A">
      <w:pPr>
        <w:spacing w:before="240" w:after="100"/>
        <w:rPr>
          <w:sz w:val="28"/>
          <w:szCs w:val="28"/>
        </w:rPr>
      </w:pPr>
      <w:r>
        <w:rPr>
          <w:b/>
          <w:color w:val="1F3A56"/>
          <w:sz w:val="28"/>
          <w:szCs w:val="28"/>
        </w:rPr>
        <w:t>4</w:t>
      </w:r>
      <w:r w:rsidR="00BF19E1">
        <w:rPr>
          <w:b/>
          <w:color w:val="1F3A56"/>
          <w:sz w:val="28"/>
          <w:szCs w:val="28"/>
        </w:rPr>
        <w:t>. Previous work &amp; brand f</w:t>
      </w:r>
      <w:r w:rsidR="00361389" w:rsidRPr="00FD6910">
        <w:rPr>
          <w:b/>
          <w:color w:val="1F3A56"/>
          <w:sz w:val="28"/>
          <w:szCs w:val="28"/>
        </w:rPr>
        <w:t>it</w:t>
      </w:r>
    </w:p>
    <w:p w:rsidR="00200684" w:rsidRDefault="00361389">
      <w:pPr>
        <w:spacing w:before="80" w:after="20"/>
      </w:pPr>
      <w:r>
        <w:rPr>
          <w:b/>
          <w:color w:val="222222"/>
          <w:sz w:val="19"/>
        </w:rPr>
        <w:t>Please share 3–5 examples of content that best represents your work 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36"/>
      </w:tblGrid>
      <w:tr w:rsidR="00200684">
        <w:trPr>
          <w:jc w:val="center"/>
        </w:trPr>
        <w:tc>
          <w:tcPr>
            <w:tcW w:w="9936" w:type="dxa"/>
            <w:tcBorders>
              <w:bottom w:val="single" w:sz="6" w:space="0" w:color="AAB7C2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:rsidR="00200684" w:rsidRDefault="00361389">
            <w:pPr>
              <w:spacing w:after="0"/>
            </w:pPr>
            <w:r>
              <w:rPr>
                <w:sz w:val="16"/>
              </w:rPr>
              <w:t xml:space="preserve"> </w:t>
            </w:r>
          </w:p>
        </w:tc>
      </w:tr>
      <w:tr w:rsidR="00200684">
        <w:trPr>
          <w:jc w:val="center"/>
        </w:trPr>
        <w:tc>
          <w:tcPr>
            <w:tcW w:w="9936" w:type="dxa"/>
            <w:tcBorders>
              <w:bottom w:val="single" w:sz="6" w:space="0" w:color="AAB7C2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:rsidR="00200684" w:rsidRDefault="00361389">
            <w:pPr>
              <w:spacing w:after="0"/>
            </w:pPr>
            <w:r>
              <w:rPr>
                <w:sz w:val="16"/>
              </w:rPr>
              <w:t xml:space="preserve"> </w:t>
            </w:r>
          </w:p>
        </w:tc>
      </w:tr>
      <w:tr w:rsidR="00200684">
        <w:trPr>
          <w:jc w:val="center"/>
        </w:trPr>
        <w:tc>
          <w:tcPr>
            <w:tcW w:w="9936" w:type="dxa"/>
            <w:tcBorders>
              <w:bottom w:val="single" w:sz="6" w:space="0" w:color="AAB7C2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:rsidR="00200684" w:rsidRDefault="00361389">
            <w:pPr>
              <w:spacing w:after="0"/>
            </w:pPr>
            <w:r>
              <w:rPr>
                <w:sz w:val="16"/>
              </w:rPr>
              <w:t xml:space="preserve"> </w:t>
            </w:r>
          </w:p>
        </w:tc>
      </w:tr>
      <w:tr w:rsidR="00200684">
        <w:trPr>
          <w:jc w:val="center"/>
        </w:trPr>
        <w:tc>
          <w:tcPr>
            <w:tcW w:w="9936" w:type="dxa"/>
            <w:tcBorders>
              <w:bottom w:val="single" w:sz="6" w:space="0" w:color="AAB7C2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:rsidR="00200684" w:rsidRDefault="00361389">
            <w:pPr>
              <w:spacing w:after="0"/>
            </w:pPr>
            <w:r>
              <w:rPr>
                <w:sz w:val="16"/>
              </w:rPr>
              <w:t xml:space="preserve"> </w:t>
            </w:r>
          </w:p>
        </w:tc>
      </w:tr>
    </w:tbl>
    <w:p w:rsidR="00200684" w:rsidRDefault="00361389">
      <w:pPr>
        <w:spacing w:before="80" w:after="20"/>
      </w:pPr>
      <w:r>
        <w:rPr>
          <w:b/>
          <w:color w:val="222222"/>
          <w:sz w:val="19"/>
        </w:rPr>
        <w:t>Have you previously worked with travel brands, cruise lines or expedition companies?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83"/>
        <w:gridCol w:w="5083"/>
      </w:tblGrid>
      <w:tr w:rsidR="00200684">
        <w:tc>
          <w:tcPr>
            <w:tcW w:w="5083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361389">
            <w:pPr>
              <w:spacing w:after="0"/>
            </w:pPr>
            <w:r>
              <w:rPr>
                <w:sz w:val="18"/>
              </w:rPr>
              <w:t>☐ Yes</w:t>
            </w:r>
          </w:p>
        </w:tc>
        <w:tc>
          <w:tcPr>
            <w:tcW w:w="5083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361389">
            <w:pPr>
              <w:spacing w:after="0"/>
            </w:pPr>
            <w:r>
              <w:rPr>
                <w:sz w:val="18"/>
              </w:rPr>
              <w:t>☐ No</w:t>
            </w:r>
          </w:p>
        </w:tc>
      </w:tr>
    </w:tbl>
    <w:p w:rsidR="00200684" w:rsidRDefault="00361389">
      <w:pPr>
        <w:spacing w:before="80" w:after="20"/>
      </w:pPr>
      <w:r>
        <w:rPr>
          <w:b/>
          <w:color w:val="222222"/>
          <w:sz w:val="19"/>
        </w:rPr>
        <w:t>If yes, please share examples or links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36"/>
      </w:tblGrid>
      <w:tr w:rsidR="00200684">
        <w:trPr>
          <w:jc w:val="center"/>
        </w:trPr>
        <w:tc>
          <w:tcPr>
            <w:tcW w:w="9936" w:type="dxa"/>
            <w:tcBorders>
              <w:bottom w:val="single" w:sz="6" w:space="0" w:color="AAB7C2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:rsidR="00200684" w:rsidRDefault="00361389">
            <w:pPr>
              <w:spacing w:after="0"/>
            </w:pPr>
            <w:r>
              <w:rPr>
                <w:sz w:val="16"/>
              </w:rPr>
              <w:t xml:space="preserve"> </w:t>
            </w:r>
          </w:p>
        </w:tc>
      </w:tr>
      <w:tr w:rsidR="00200684">
        <w:trPr>
          <w:jc w:val="center"/>
        </w:trPr>
        <w:tc>
          <w:tcPr>
            <w:tcW w:w="9936" w:type="dxa"/>
            <w:tcBorders>
              <w:bottom w:val="single" w:sz="6" w:space="0" w:color="AAB7C2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:rsidR="00200684" w:rsidRDefault="00361389">
            <w:pPr>
              <w:spacing w:after="0"/>
            </w:pPr>
            <w:r>
              <w:rPr>
                <w:sz w:val="16"/>
              </w:rPr>
              <w:t xml:space="preserve"> </w:t>
            </w:r>
          </w:p>
        </w:tc>
      </w:tr>
    </w:tbl>
    <w:p w:rsidR="00200684" w:rsidRPr="000A0357" w:rsidRDefault="00E2235A">
      <w:pPr>
        <w:spacing w:before="240" w:after="100"/>
        <w:rPr>
          <w:sz w:val="28"/>
          <w:szCs w:val="28"/>
        </w:rPr>
      </w:pPr>
      <w:r>
        <w:rPr>
          <w:b/>
          <w:color w:val="1F3A56"/>
          <w:sz w:val="28"/>
          <w:szCs w:val="28"/>
        </w:rPr>
        <w:t>5</w:t>
      </w:r>
      <w:r w:rsidR="00361389" w:rsidRPr="000A0357">
        <w:rPr>
          <w:b/>
          <w:color w:val="1F3A56"/>
          <w:sz w:val="28"/>
          <w:szCs w:val="28"/>
        </w:rPr>
        <w:t xml:space="preserve">. </w:t>
      </w:r>
      <w:r w:rsidR="000A0357" w:rsidRPr="000A0357">
        <w:rPr>
          <w:b/>
          <w:color w:val="1F3A56"/>
          <w:sz w:val="28"/>
          <w:szCs w:val="28"/>
        </w:rPr>
        <w:t>Our standard creator collaboration</w:t>
      </w:r>
    </w:p>
    <w:p w:rsidR="00200684" w:rsidRDefault="00523A35">
      <w:pPr>
        <w:spacing w:before="80" w:after="20"/>
        <w:rPr>
          <w:b/>
          <w:color w:val="222222"/>
          <w:sz w:val="19"/>
        </w:rPr>
      </w:pPr>
      <w:r w:rsidRPr="00523A35">
        <w:rPr>
          <w:b/>
          <w:color w:val="222222"/>
          <w:sz w:val="19"/>
        </w:rPr>
        <w:lastRenderedPageBreak/>
        <w:t>Poseidon Expeditions offers selected creators a fully hosted expedition in exchange for pre-agreed content deliverables. International flights are not included, and we do not normally provide an additional content creation fee.</w:t>
      </w:r>
    </w:p>
    <w:p w:rsidR="000A0357" w:rsidRDefault="000A0357">
      <w:pPr>
        <w:spacing w:before="80" w:after="20"/>
      </w:pPr>
      <w:r w:rsidRPr="000A0357">
        <w:rPr>
          <w:b/>
          <w:bCs/>
        </w:rPr>
        <w:t>Would you be open to collaborating on this basis?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83"/>
      </w:tblGrid>
      <w:tr w:rsidR="000A0357">
        <w:tc>
          <w:tcPr>
            <w:tcW w:w="5083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0A0357" w:rsidRDefault="000A0357">
            <w:pPr>
              <w:spacing w:after="0"/>
            </w:pPr>
            <w:r>
              <w:rPr>
                <w:sz w:val="18"/>
              </w:rPr>
              <w:t>☐ Yes</w:t>
            </w:r>
          </w:p>
        </w:tc>
      </w:tr>
      <w:tr w:rsidR="000A0357">
        <w:tc>
          <w:tcPr>
            <w:tcW w:w="5083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0A0357" w:rsidRDefault="000A0357">
            <w:pPr>
              <w:spacing w:after="0"/>
            </w:pPr>
            <w:r>
              <w:rPr>
                <w:sz w:val="18"/>
              </w:rPr>
              <w:t xml:space="preserve">☐ </w:t>
            </w:r>
            <w:r w:rsidRPr="000A0357">
              <w:rPr>
                <w:sz w:val="18"/>
              </w:rPr>
              <w:t>Yes, but I would like to discuss some details</w:t>
            </w:r>
          </w:p>
        </w:tc>
      </w:tr>
      <w:tr w:rsidR="000A0357">
        <w:tc>
          <w:tcPr>
            <w:tcW w:w="5083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0A0357" w:rsidRDefault="000A0357" w:rsidP="000A0357">
            <w:pPr>
              <w:spacing w:after="0"/>
            </w:pP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sz w:val="18"/>
              </w:rPr>
              <w:t xml:space="preserve"> No</w:t>
            </w:r>
          </w:p>
        </w:tc>
      </w:tr>
    </w:tbl>
    <w:p w:rsidR="00200684" w:rsidRPr="00BF19E1" w:rsidRDefault="00E2235A">
      <w:pPr>
        <w:spacing w:before="240" w:after="100"/>
        <w:rPr>
          <w:sz w:val="28"/>
          <w:szCs w:val="28"/>
        </w:rPr>
      </w:pPr>
      <w:r>
        <w:rPr>
          <w:b/>
          <w:color w:val="1F3A56"/>
          <w:sz w:val="28"/>
          <w:szCs w:val="28"/>
        </w:rPr>
        <w:t>7</w:t>
      </w:r>
      <w:r w:rsidR="00BF19E1">
        <w:rPr>
          <w:b/>
          <w:color w:val="1F3A56"/>
          <w:sz w:val="28"/>
          <w:szCs w:val="28"/>
        </w:rPr>
        <w:t>. Destination &amp; a</w:t>
      </w:r>
      <w:r w:rsidR="00361389" w:rsidRPr="00BF19E1">
        <w:rPr>
          <w:b/>
          <w:color w:val="1F3A56"/>
          <w:sz w:val="28"/>
          <w:szCs w:val="28"/>
        </w:rPr>
        <w:t>vailability</w:t>
      </w:r>
    </w:p>
    <w:p w:rsidR="00200684" w:rsidRDefault="00361389">
      <w:pPr>
        <w:spacing w:before="80" w:after="20"/>
      </w:pPr>
      <w:r>
        <w:rPr>
          <w:b/>
          <w:color w:val="222222"/>
          <w:sz w:val="19"/>
        </w:rPr>
        <w:t>Which destination(s) are you interested in? *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83"/>
        <w:gridCol w:w="5083"/>
      </w:tblGrid>
      <w:tr w:rsidR="00200684">
        <w:tc>
          <w:tcPr>
            <w:tcW w:w="5083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361389">
            <w:pPr>
              <w:spacing w:after="0"/>
            </w:pPr>
            <w:r>
              <w:rPr>
                <w:sz w:val="18"/>
              </w:rPr>
              <w:t>☐ Antarctica</w:t>
            </w:r>
          </w:p>
        </w:tc>
        <w:tc>
          <w:tcPr>
            <w:tcW w:w="5083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200684">
            <w:pPr>
              <w:spacing w:after="0"/>
            </w:pPr>
          </w:p>
        </w:tc>
      </w:tr>
      <w:tr w:rsidR="00200684">
        <w:tc>
          <w:tcPr>
            <w:tcW w:w="5083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361389" w:rsidP="00BF19E1">
            <w:pPr>
              <w:spacing w:after="0"/>
            </w:pP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sz w:val="18"/>
              </w:rPr>
              <w:t xml:space="preserve"> </w:t>
            </w:r>
            <w:r w:rsidR="00BF19E1">
              <w:rPr>
                <w:sz w:val="18"/>
              </w:rPr>
              <w:t>Arctic</w:t>
            </w:r>
          </w:p>
        </w:tc>
        <w:tc>
          <w:tcPr>
            <w:tcW w:w="5083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200684">
            <w:pPr>
              <w:spacing w:after="0"/>
            </w:pPr>
          </w:p>
        </w:tc>
      </w:tr>
      <w:tr w:rsidR="00200684">
        <w:tc>
          <w:tcPr>
            <w:tcW w:w="5083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361389">
            <w:pPr>
              <w:spacing w:after="0"/>
            </w:pP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sz w:val="18"/>
              </w:rPr>
              <w:t xml:space="preserve"> </w:t>
            </w:r>
            <w:r w:rsidR="00BF19E1">
              <w:rPr>
                <w:sz w:val="18"/>
              </w:rPr>
              <w:t>Open to recommendations</w:t>
            </w:r>
          </w:p>
        </w:tc>
        <w:tc>
          <w:tcPr>
            <w:tcW w:w="5083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200684">
            <w:pPr>
              <w:spacing w:after="0"/>
            </w:pPr>
          </w:p>
        </w:tc>
      </w:tr>
    </w:tbl>
    <w:p w:rsidR="00200684" w:rsidRDefault="00361389">
      <w:pPr>
        <w:spacing w:before="80" w:after="20"/>
      </w:pPr>
      <w:r>
        <w:rPr>
          <w:b/>
          <w:color w:val="222222"/>
          <w:sz w:val="19"/>
        </w:rPr>
        <w:t>Preferred travel period / all dates when you could travel 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36"/>
      </w:tblGrid>
      <w:tr w:rsidR="00200684">
        <w:trPr>
          <w:jc w:val="center"/>
        </w:trPr>
        <w:tc>
          <w:tcPr>
            <w:tcW w:w="9936" w:type="dxa"/>
            <w:tcBorders>
              <w:bottom w:val="single" w:sz="6" w:space="0" w:color="AAB7C2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:rsidR="00200684" w:rsidRDefault="00361389">
            <w:pPr>
              <w:spacing w:after="0"/>
            </w:pPr>
            <w:r>
              <w:rPr>
                <w:sz w:val="16"/>
              </w:rPr>
              <w:t xml:space="preserve"> </w:t>
            </w:r>
          </w:p>
        </w:tc>
      </w:tr>
      <w:tr w:rsidR="00200684">
        <w:trPr>
          <w:jc w:val="center"/>
        </w:trPr>
        <w:tc>
          <w:tcPr>
            <w:tcW w:w="9936" w:type="dxa"/>
            <w:tcBorders>
              <w:bottom w:val="single" w:sz="6" w:space="0" w:color="AAB7C2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:rsidR="00200684" w:rsidRDefault="00361389">
            <w:pPr>
              <w:spacing w:after="0"/>
            </w:pPr>
            <w:r>
              <w:rPr>
                <w:sz w:val="16"/>
              </w:rPr>
              <w:t xml:space="preserve"> </w:t>
            </w:r>
          </w:p>
        </w:tc>
      </w:tr>
    </w:tbl>
    <w:p w:rsidR="00200684" w:rsidRDefault="00361389">
      <w:pPr>
        <w:spacing w:before="80" w:after="20"/>
      </w:pPr>
      <w:r>
        <w:rPr>
          <w:b/>
          <w:color w:val="222222"/>
          <w:sz w:val="19"/>
        </w:rPr>
        <w:t>How flexible are your dates? *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88"/>
        <w:gridCol w:w="3389"/>
        <w:gridCol w:w="3389"/>
      </w:tblGrid>
      <w:tr w:rsidR="00200684">
        <w:tc>
          <w:tcPr>
            <w:tcW w:w="3389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361389">
            <w:pPr>
              <w:spacing w:after="0"/>
            </w:pPr>
            <w:r>
              <w:rPr>
                <w:sz w:val="18"/>
              </w:rPr>
              <w:t>☐ Very flexible</w:t>
            </w:r>
          </w:p>
        </w:tc>
        <w:tc>
          <w:tcPr>
            <w:tcW w:w="3389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361389">
            <w:pPr>
              <w:spacing w:after="0"/>
            </w:pPr>
            <w:r>
              <w:rPr>
                <w:sz w:val="18"/>
              </w:rPr>
              <w:t>☐ Approximately ±1 week</w:t>
            </w:r>
          </w:p>
        </w:tc>
        <w:tc>
          <w:tcPr>
            <w:tcW w:w="3389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361389">
            <w:pPr>
              <w:spacing w:after="0"/>
            </w:pPr>
            <w:r>
              <w:rPr>
                <w:sz w:val="18"/>
              </w:rPr>
              <w:t>☐ Specific dates only</w:t>
            </w:r>
          </w:p>
        </w:tc>
      </w:tr>
    </w:tbl>
    <w:p w:rsidR="00200684" w:rsidRPr="00E778AD" w:rsidRDefault="00523A35">
      <w:pPr>
        <w:spacing w:before="240" w:after="100"/>
        <w:rPr>
          <w:sz w:val="28"/>
          <w:szCs w:val="28"/>
        </w:rPr>
      </w:pPr>
      <w:r w:rsidRPr="00E778AD">
        <w:rPr>
          <w:b/>
          <w:color w:val="1F3A56"/>
          <w:sz w:val="28"/>
          <w:szCs w:val="28"/>
        </w:rPr>
        <w:t>8. Onboard content r</w:t>
      </w:r>
      <w:r w:rsidR="00361389" w:rsidRPr="00E778AD">
        <w:rPr>
          <w:b/>
          <w:color w:val="1F3A56"/>
          <w:sz w:val="28"/>
          <w:szCs w:val="28"/>
        </w:rPr>
        <w:t>equirements</w:t>
      </w:r>
    </w:p>
    <w:p w:rsidR="00200684" w:rsidRDefault="00361389">
      <w:pPr>
        <w:spacing w:before="80" w:after="20"/>
      </w:pPr>
      <w:r>
        <w:rPr>
          <w:b/>
          <w:color w:val="222222"/>
          <w:sz w:val="19"/>
        </w:rPr>
        <w:t>Do you plan to publish content live during the expedition? *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88"/>
        <w:gridCol w:w="3389"/>
        <w:gridCol w:w="3389"/>
      </w:tblGrid>
      <w:tr w:rsidR="00200684">
        <w:tc>
          <w:tcPr>
            <w:tcW w:w="3389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361389">
            <w:pPr>
              <w:spacing w:after="0"/>
            </w:pPr>
            <w:r>
              <w:rPr>
                <w:sz w:val="18"/>
              </w:rPr>
              <w:t>☐ Yes</w:t>
            </w:r>
          </w:p>
        </w:tc>
        <w:tc>
          <w:tcPr>
            <w:tcW w:w="3389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361389">
            <w:pPr>
              <w:spacing w:after="0"/>
            </w:pPr>
            <w:r>
              <w:rPr>
                <w:sz w:val="18"/>
              </w:rPr>
              <w:t>☐ No</w:t>
            </w:r>
          </w:p>
        </w:tc>
        <w:tc>
          <w:tcPr>
            <w:tcW w:w="3389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361389">
            <w:pPr>
              <w:spacing w:after="0"/>
            </w:pPr>
            <w:r>
              <w:rPr>
                <w:sz w:val="18"/>
              </w:rPr>
              <w:t>☐ Some content</w:t>
            </w:r>
          </w:p>
        </w:tc>
      </w:tr>
    </w:tbl>
    <w:p w:rsidR="00200684" w:rsidRDefault="00361389">
      <w:pPr>
        <w:spacing w:before="80" w:after="20"/>
      </w:pPr>
      <w:r>
        <w:rPr>
          <w:b/>
          <w:color w:val="222222"/>
          <w:sz w:val="19"/>
        </w:rPr>
        <w:t>Are you planning to bring equipment that may require special approval?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83"/>
        <w:gridCol w:w="5083"/>
      </w:tblGrid>
      <w:tr w:rsidR="00200684">
        <w:tc>
          <w:tcPr>
            <w:tcW w:w="5083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361389">
            <w:pPr>
              <w:spacing w:after="0"/>
            </w:pPr>
            <w:r>
              <w:rPr>
                <w:sz w:val="18"/>
              </w:rPr>
              <w:t>☐ Drone</w:t>
            </w:r>
          </w:p>
        </w:tc>
        <w:tc>
          <w:tcPr>
            <w:tcW w:w="5083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361389">
            <w:pPr>
              <w:spacing w:after="0"/>
            </w:pPr>
            <w:r>
              <w:rPr>
                <w:sz w:val="18"/>
              </w:rPr>
              <w:t xml:space="preserve">☐ </w:t>
            </w:r>
            <w:r w:rsidR="00523A35">
              <w:rPr>
                <w:sz w:val="18"/>
              </w:rPr>
              <w:t>None</w:t>
            </w:r>
          </w:p>
        </w:tc>
      </w:tr>
      <w:tr w:rsidR="00200684">
        <w:tc>
          <w:tcPr>
            <w:tcW w:w="5083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361389">
            <w:pPr>
              <w:spacing w:after="0"/>
            </w:pPr>
            <w:r>
              <w:rPr>
                <w:sz w:val="18"/>
              </w:rPr>
              <w:t>☐ Other</w:t>
            </w:r>
          </w:p>
        </w:tc>
        <w:tc>
          <w:tcPr>
            <w:tcW w:w="5083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200684">
            <w:pPr>
              <w:spacing w:after="0"/>
            </w:pPr>
          </w:p>
        </w:tc>
      </w:tr>
    </w:tbl>
    <w:p w:rsidR="00200684" w:rsidRDefault="00361389">
      <w:pPr>
        <w:spacing w:before="80" w:after="20"/>
      </w:pPr>
      <w:r>
        <w:rPr>
          <w:b/>
          <w:color w:val="222222"/>
          <w:sz w:val="19"/>
        </w:rPr>
        <w:t>Please provide details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36"/>
      </w:tblGrid>
      <w:tr w:rsidR="00200684">
        <w:trPr>
          <w:jc w:val="center"/>
        </w:trPr>
        <w:tc>
          <w:tcPr>
            <w:tcW w:w="9936" w:type="dxa"/>
            <w:tcBorders>
              <w:bottom w:val="single" w:sz="6" w:space="0" w:color="AAB7C2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:rsidR="00200684" w:rsidRDefault="00361389">
            <w:pPr>
              <w:spacing w:after="0"/>
            </w:pPr>
            <w:r>
              <w:rPr>
                <w:sz w:val="16"/>
              </w:rPr>
              <w:t xml:space="preserve"> </w:t>
            </w:r>
          </w:p>
        </w:tc>
      </w:tr>
    </w:tbl>
    <w:p w:rsidR="00200684" w:rsidRPr="00E778AD" w:rsidRDefault="00E2235A">
      <w:pPr>
        <w:spacing w:before="240" w:after="100"/>
        <w:rPr>
          <w:sz w:val="28"/>
          <w:szCs w:val="28"/>
        </w:rPr>
      </w:pPr>
      <w:r>
        <w:rPr>
          <w:b/>
          <w:color w:val="1F3A56"/>
          <w:sz w:val="28"/>
          <w:szCs w:val="28"/>
        </w:rPr>
        <w:t>9</w:t>
      </w:r>
      <w:r w:rsidR="00361389" w:rsidRPr="00E778AD">
        <w:rPr>
          <w:b/>
          <w:color w:val="1F3A56"/>
          <w:sz w:val="28"/>
          <w:szCs w:val="28"/>
        </w:rPr>
        <w:t>. A</w:t>
      </w:r>
      <w:r w:rsidR="00523A35" w:rsidRPr="00E778AD">
        <w:rPr>
          <w:b/>
          <w:color w:val="1F3A56"/>
          <w:sz w:val="28"/>
          <w:szCs w:val="28"/>
        </w:rPr>
        <w:t>ffiliate &amp; promotional o</w:t>
      </w:r>
      <w:r w:rsidR="00361389" w:rsidRPr="00E778AD">
        <w:rPr>
          <w:b/>
          <w:color w:val="1F3A56"/>
          <w:sz w:val="28"/>
          <w:szCs w:val="28"/>
        </w:rPr>
        <w:t>pportunities</w:t>
      </w:r>
    </w:p>
    <w:p w:rsidR="00200684" w:rsidRDefault="00361389">
      <w:pPr>
        <w:spacing w:before="80" w:after="20"/>
      </w:pPr>
      <w:r>
        <w:rPr>
          <w:b/>
          <w:color w:val="222222"/>
          <w:sz w:val="19"/>
        </w:rPr>
        <w:t>Would you be interested in sharing a unique Poseidon Expeditions promotional code or tracked link with your audience?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83"/>
        <w:gridCol w:w="5083"/>
      </w:tblGrid>
      <w:tr w:rsidR="00200684">
        <w:tc>
          <w:tcPr>
            <w:tcW w:w="5083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361389">
            <w:pPr>
              <w:spacing w:after="0"/>
            </w:pPr>
            <w:r>
              <w:rPr>
                <w:sz w:val="18"/>
              </w:rPr>
              <w:t>☐ Yes</w:t>
            </w:r>
          </w:p>
        </w:tc>
        <w:tc>
          <w:tcPr>
            <w:tcW w:w="5083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361389">
            <w:pPr>
              <w:spacing w:after="0"/>
            </w:pPr>
            <w:r>
              <w:rPr>
                <w:sz w:val="18"/>
              </w:rPr>
              <w:t>☐ No</w:t>
            </w:r>
          </w:p>
        </w:tc>
      </w:tr>
      <w:tr w:rsidR="00200684">
        <w:tc>
          <w:tcPr>
            <w:tcW w:w="5083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361389">
            <w:pPr>
              <w:spacing w:after="0"/>
            </w:pPr>
            <w:r>
              <w:rPr>
                <w:sz w:val="18"/>
              </w:rPr>
              <w:t>☐ Would like to learn more</w:t>
            </w:r>
          </w:p>
        </w:tc>
        <w:tc>
          <w:tcPr>
            <w:tcW w:w="5083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200684"/>
        </w:tc>
      </w:tr>
    </w:tbl>
    <w:p w:rsidR="00200684" w:rsidRDefault="00361389">
      <w:pPr>
        <w:spacing w:before="80" w:after="20"/>
      </w:pPr>
      <w:r>
        <w:rPr>
          <w:b/>
          <w:color w:val="222222"/>
          <w:sz w:val="19"/>
        </w:rPr>
        <w:t>Would you be interested in an affiliate / commission-based partnership in addition to the collaboration?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83"/>
        <w:gridCol w:w="5083"/>
      </w:tblGrid>
      <w:tr w:rsidR="00200684">
        <w:tc>
          <w:tcPr>
            <w:tcW w:w="5083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361389">
            <w:pPr>
              <w:spacing w:after="0"/>
            </w:pPr>
            <w:r>
              <w:rPr>
                <w:sz w:val="18"/>
              </w:rPr>
              <w:t>☐ Yes</w:t>
            </w:r>
          </w:p>
        </w:tc>
        <w:tc>
          <w:tcPr>
            <w:tcW w:w="5083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361389">
            <w:pPr>
              <w:spacing w:after="0"/>
            </w:pPr>
            <w:r>
              <w:rPr>
                <w:sz w:val="18"/>
              </w:rPr>
              <w:t>☐ No</w:t>
            </w:r>
          </w:p>
        </w:tc>
      </w:tr>
      <w:tr w:rsidR="00200684">
        <w:tc>
          <w:tcPr>
            <w:tcW w:w="5083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361389">
            <w:pPr>
              <w:spacing w:after="0"/>
            </w:pPr>
            <w:r>
              <w:rPr>
                <w:sz w:val="18"/>
              </w:rPr>
              <w:t>☐ Would like to learn more</w:t>
            </w:r>
          </w:p>
        </w:tc>
        <w:tc>
          <w:tcPr>
            <w:tcW w:w="5083" w:type="dxa"/>
            <w:tcMar>
              <w:top w:w="15" w:type="dxa"/>
              <w:left w:w="0" w:type="dxa"/>
              <w:bottom w:w="15" w:type="dxa"/>
              <w:right w:w="80" w:type="dxa"/>
            </w:tcMar>
          </w:tcPr>
          <w:p w:rsidR="00200684" w:rsidRDefault="00200684"/>
        </w:tc>
      </w:tr>
    </w:tbl>
    <w:p w:rsidR="00200684" w:rsidRPr="00E778AD" w:rsidRDefault="00E2235A">
      <w:pPr>
        <w:spacing w:before="240" w:after="100"/>
        <w:rPr>
          <w:sz w:val="28"/>
          <w:szCs w:val="28"/>
        </w:rPr>
      </w:pPr>
      <w:r>
        <w:rPr>
          <w:b/>
          <w:color w:val="1F3A56"/>
          <w:sz w:val="28"/>
          <w:szCs w:val="28"/>
        </w:rPr>
        <w:t>10</w:t>
      </w:r>
      <w:r w:rsidR="00E778AD" w:rsidRPr="00E778AD">
        <w:rPr>
          <w:b/>
          <w:color w:val="1F3A56"/>
          <w:sz w:val="28"/>
          <w:szCs w:val="28"/>
        </w:rPr>
        <w:t>. Final i</w:t>
      </w:r>
      <w:r w:rsidR="00361389" w:rsidRPr="00E778AD">
        <w:rPr>
          <w:b/>
          <w:color w:val="1F3A56"/>
          <w:sz w:val="28"/>
          <w:szCs w:val="28"/>
        </w:rPr>
        <w:t>nformation</w:t>
      </w:r>
    </w:p>
    <w:p w:rsidR="00200684" w:rsidRDefault="00361389">
      <w:pPr>
        <w:spacing w:before="80" w:after="20"/>
      </w:pPr>
      <w:r>
        <w:rPr>
          <w:b/>
          <w:color w:val="222222"/>
          <w:sz w:val="19"/>
        </w:rPr>
        <w:t>How did you hear about Poseidon Expeditions?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36"/>
      </w:tblGrid>
      <w:tr w:rsidR="00200684">
        <w:trPr>
          <w:jc w:val="center"/>
        </w:trPr>
        <w:tc>
          <w:tcPr>
            <w:tcW w:w="9936" w:type="dxa"/>
            <w:tcBorders>
              <w:bottom w:val="single" w:sz="6" w:space="0" w:color="AAB7C2"/>
            </w:tcBorders>
            <w:tcMar>
              <w:top w:w="55" w:type="dxa"/>
              <w:left w:w="100" w:type="dxa"/>
              <w:bottom w:w="55" w:type="dxa"/>
              <w:right w:w="100" w:type="dxa"/>
            </w:tcMar>
          </w:tcPr>
          <w:p w:rsidR="00200684" w:rsidRDefault="00361389">
            <w:pPr>
              <w:spacing w:after="0"/>
            </w:pPr>
            <w:r>
              <w:rPr>
                <w:sz w:val="16"/>
              </w:rPr>
              <w:t xml:space="preserve"> </w:t>
            </w:r>
          </w:p>
        </w:tc>
      </w:tr>
    </w:tbl>
    <w:p w:rsidR="00200684" w:rsidRPr="00E2235A" w:rsidRDefault="00200684" w:rsidP="00DF7B38">
      <w:pPr>
        <w:spacing w:before="80" w:after="20"/>
      </w:pPr>
      <w:bookmarkStart w:id="0" w:name="_GoBack"/>
      <w:bookmarkEnd w:id="0"/>
    </w:p>
    <w:sectPr w:rsidR="00200684" w:rsidRPr="00E2235A" w:rsidSect="00034616">
      <w:headerReference w:type="default" r:id="rId8"/>
      <w:footerReference w:type="default" r:id="rId9"/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DEB" w:rsidRDefault="00D27DEB">
      <w:pPr>
        <w:spacing w:after="0" w:line="240" w:lineRule="auto"/>
      </w:pPr>
      <w:r>
        <w:separator/>
      </w:r>
    </w:p>
  </w:endnote>
  <w:endnote w:type="continuationSeparator" w:id="0">
    <w:p w:rsidR="00D27DEB" w:rsidRDefault="00D27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684" w:rsidRDefault="000A0357">
    <w:pPr>
      <w:pStyle w:val="a7"/>
      <w:jc w:val="center"/>
    </w:pPr>
    <w:r>
      <w:rPr>
        <w:color w:val="666666"/>
        <w:sz w:val="16"/>
      </w:rPr>
      <w:t>Creator &amp; Media collaboration request f</w:t>
    </w:r>
    <w:r w:rsidR="00361389">
      <w:rPr>
        <w:color w:val="666666"/>
        <w:sz w:val="16"/>
      </w:rPr>
      <w:t>orm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DEB" w:rsidRDefault="00D27DEB">
      <w:pPr>
        <w:spacing w:after="0" w:line="240" w:lineRule="auto"/>
      </w:pPr>
      <w:r>
        <w:separator/>
      </w:r>
    </w:p>
  </w:footnote>
  <w:footnote w:type="continuationSeparator" w:id="0">
    <w:p w:rsidR="00D27DEB" w:rsidRDefault="00D27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684" w:rsidRDefault="003E0784" w:rsidP="00543317">
    <w:pPr>
      <w:pStyle w:val="a5"/>
      <w:jc w:val="right"/>
    </w:pPr>
    <w:r>
      <w:rPr>
        <w:noProof/>
        <w:lang w:val="ru-RU" w:eastAsia="ru-RU"/>
      </w:rPr>
      <w:drawing>
        <wp:inline distT="0" distB="0" distL="0" distR="0">
          <wp:extent cx="1521561" cy="478790"/>
          <wp:effectExtent l="0" t="0" r="254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hite background_cmyk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4507" cy="5017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A0357"/>
    <w:rsid w:val="0015074B"/>
    <w:rsid w:val="00200684"/>
    <w:rsid w:val="0029639D"/>
    <w:rsid w:val="00326F90"/>
    <w:rsid w:val="00361389"/>
    <w:rsid w:val="003E0784"/>
    <w:rsid w:val="00523A35"/>
    <w:rsid w:val="00543317"/>
    <w:rsid w:val="006539FF"/>
    <w:rsid w:val="00AA1D8D"/>
    <w:rsid w:val="00AF638D"/>
    <w:rsid w:val="00B47730"/>
    <w:rsid w:val="00BF19E1"/>
    <w:rsid w:val="00CB0664"/>
    <w:rsid w:val="00D27DEB"/>
    <w:rsid w:val="00D3752A"/>
    <w:rsid w:val="00DF7B38"/>
    <w:rsid w:val="00E2235A"/>
    <w:rsid w:val="00E778AD"/>
    <w:rsid w:val="00FC693F"/>
    <w:rsid w:val="00FD6910"/>
    <w:rsid w:val="00FF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CF36C4A2-E5A5-420A-9D9F-0D8498724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Arial" w:hAnsi="Arial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3A56"/>
      <w:sz w:val="30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C5F85"/>
      <w:sz w:val="24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F3A56"/>
      <w:spacing w:val="5"/>
      <w:kern w:val="28"/>
      <w:sz w:val="50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6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2F5D9A3-317F-4F75-A9AD-20B43FC31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2805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3291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Kachenovskaya</dc:creator>
  <cp:keywords/>
  <dc:description>generated by python-docx</dc:description>
  <cp:lastModifiedBy>Екатерина Каченовская</cp:lastModifiedBy>
  <cp:revision>2</cp:revision>
  <dcterms:created xsi:type="dcterms:W3CDTF">2026-08-21T07:31:00Z</dcterms:created>
  <dcterms:modified xsi:type="dcterms:W3CDTF">2026-08-21T07:31:00Z</dcterms:modified>
  <cp:category/>
</cp:coreProperties>
</file>